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משחקים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משחקים ללמידה שונים ואת אופן הפעולה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סוג משחק למטרה לימודית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ייחודיים של כל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בינגו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אימון שטף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המילים מוסתרות ימינה, למטה ובאלכסון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מצורף דף תשובות עם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משיטות ההצפנה האפשריות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השאלות הולכות ונעשות קשות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בדיוק עובד משחק הזיכרון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הפעולות במשחק איקס עיגול עם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משבצת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שמוסתרת במשבצת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נכונה - כובשים את המשבצת בסימן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שיש שלוש משבצות ברצף או שהלוח מתמלא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- משחק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(מילים מוסתרות בלוח אותיות שיש למצוא)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(הגדרות שמובילות למילים בלוח ממוספר)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(כרטיסים שונים ודף הגרלה למשחק קבוצתי)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(משפט מוצפן עם מפתח לפענוח)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(זוגות כרטיסים להדפסה וגזירה)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בחירה והנמקה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הגיונית שמזכירה משחק כמו תפזורת, תשבץ או כרטיסיות זיכרון ומסבירה למה הוא מתאים ללימוד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את כלי אימון שטף הקריאה ומסבירה את הקשר למהירות ודיוק בקריאה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שם משחק מתאים ונימוק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בתפזורת מחפשים מילים מוכנות, בתשבץ משלימים מילים לפי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אימון שטף קריאה ואות ניקוד וצליל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כל משחק על המסך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ולדון יחד בהתאמה בין משחק למטרה לימודית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לפשט את ההתאמות ולהתמקד בזיהוי בסיסי של המשחקים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משחקים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הרבה דרכים ללמוד דרך משחק - תפזורות, תשבצים, בינגו, כתבי סתרים ועוד. בדף הזה נבדוק כמה אתם מכירים את סוגי המשחקים ואת הדרך שבה כל אחד מהם 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מסתיר מילים בלוח אותיות וצריך למצוא אותן בכל כיוון?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כרטיסיות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משחק קוראים משפט שנבנה מילה אחרי מילה, קומה אחר קומה?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כלי יוצר כרטיסים שונים זה מזה יחד עם דף הגרלה?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טיפוס לפסגה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כלי מודד מילים לדקה ודיוק בקריאה?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 ניקוד וצליל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אימון שטף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פירמידה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אפשר למצוא מילים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בתשבץ אין פתרון מצורף לדף.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 סתרים אפשר להצפין משפט בעזרת אתב״ש.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בטיפוס לפסגה השאלות נעשות קלות יותר ככל שמתקדמים.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הזיכרון למסך הופכים קלפים ומחפשים זוגות.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התלמידים מסדרים מילים או אותיות לפי הסדר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כרטיסיות הזיכרון להדפסה כוללות __________ כרטיסיות בכל עמוד.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בגלגל המזל מסובבים כדי להגריל שמות, שאלות, משימות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בטיפוס לפסגה יש לתלמידים __________ גלגלי הצלה.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הפעולות במשחק איקס עיגול עם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נכונה - כובשים את המשבצת בסימן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משבצת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שיש שלוש משבצות ברצף או שהלוח מתמלא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שמוסתרת במשבצת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- משחק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תפזורת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זוגות כרטיסים להדפסה וגזירה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תשבץ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מוצפן עם מפתח לפענוח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בינגו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הגדרות שמובילות למילים בלוח ממוספר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מוסתרות בלוח אותיות שיש למצוא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כרטיסיות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כרטיסים שונים ודף הגרלה למשחק קבוצתי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בחירה והנמקה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משחק אחד מהדף שמתאים ללימוד אוצר מילים חדש, ונמקו את הבחירה.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לתרגל קריאה שוטפת בכיתה, איזה כלי הייתם בוחרים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משחק שמתאים ללימוד אוצר מילים חדש, ונמקו.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תפזורת לתשבץ?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כלים מתאימים לתרגול קריאה ושפה?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משחקים ללמידה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