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משחקים ללמידה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משחקים ללמידה שונים ואת אופן הפעולה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סוג משחק למטרה לימודית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ייחודיים של כל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תפזורת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בינגו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המילים מוסתרות ימינה, למטה ובאלכסון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אחת משיטות ההצפנה האפשריות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נושאים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הפעולות במשחק איקס עיגול עם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משבצת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השאלה שמוסתרת במשבצת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התשובה נכונה - כובשים את המשבצת בסימן 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 - משחק ותיאור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(מילים מוסתרות בלוח אותיות שיש למצוא)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(הגדרות שמובילות למילים בלוח ממוספר)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(משפט מוצפן עם מפתח לפענוח)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בחירה והנמקה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הגיונית שמזכירה משחק כמו תפזורת, תשבץ או כרטיסיות זיכרון ומסבירה למה הוא מתאים ללימוד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עם שם משחק מתאים ונימוק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בתפזורת מחפשים מילים מוכנות, בתשבץ משלימים מילים לפי 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אימון שטף קריאה ואות ניקוד וצליל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כל משחק על המסך לפני שממלאים את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ולדון יחד בהתאמה בין משחק למטרה לימודית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לפשט את ההתאמות ולהתמקד בזיהוי בסיסי של המשחקים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משחקים ללמידה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יש הרבה דרכים ללמוד דרך משחק - תפזורות, תשבצים, בינגו, כתבי סתרים ועוד. בדף הזה נבדוק כמה אתם מכירים את סוגי המשחקים ואת הדרך שבה כל אחד מהם פועל.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סדר המילים  ·  נושאים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משחק מסתיר מילים בלוח אותיות וצריך למצוא אותן בכל כיוון?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תפזורת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כלי יוצר כרטיסים שונים זה מזה יחד עם דף הגרלה?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תשבץ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זיכרון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בתפזורת אפשר למצוא מילים גם באלכסון.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בכתב סתרים אפשר להצפין משפט בעזרת אתב״ש.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ב__________ התלמידים מסדרים מילים או אותיות לפי הסדר הנכון.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בגלגל המזל מסובבים כדי להגריל שמות, שאלות, משימות או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הפעולות במשחק איקס עיגול עם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התשובה נכונה - כובשים את המשבצת בסימן שלכם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משבצת בלוח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השאלה שמוסתרת במשבצת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התאמה - משחק ותיאור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תפזורת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משפט מוצפן עם מפתח לפענוח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תשבץ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מילים מוסתרות בלוח אותיות שיש למצוא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כתב סתרים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הגדרות שמובילות למילים בלוח ממוספר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בחירה והנמקה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משחק אחד מהדף שמתאים ללימוד אוצר מילים חדש, ונמקו את הבחירה.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משחק שמתאים ללימוד אוצר מילים חדש, ונמקו.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תפזורת לתשבץ?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משחקים ללמידה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